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Условия и согласие для родителей и законных представителей</w:t>
      </w:r>
    </w:p>
    <w:p>
      <w:r>
        <w:t>Условия и текст согласия для родителей или законных представителей пользователей 14–17 лет</w:t>
      </w:r>
    </w:p>
    <w:p>
      <w:r>
        <w:t>Версия 1.0  ·  Действует с 26 октября 2026 г.  ·  Аудитория: родители, законные представители, несовершеннолетние</w:t>
      </w:r>
    </w:p>
    <w:p>
      <w:r>
        <w:t>Статус: опубликованная версия 1.0, действует с 26 октября 2026 г. Текст на узбекском языке имеет преимущественную силу перед переводами.</w:t>
      </w:r>
    </w:p>
    <w:p>
      <w:pPr>
        <w:pStyle w:val="Heading1"/>
      </w:pPr>
      <w:r>
        <w:t>Условия и согласие для родителей и законных представителей</w:t>
      </w:r>
    </w:p>
    <w:p>
      <w:r>
        <w:t>Настоящие условия применяются, когда родитель или законный представитель («Родитель») связывает свою учётную запись Edly с учётной записью лица младше 18 лет («Несовершеннолетний», «ваш ребёнок»). Их издаёт индивидуальный предприниматель Рахимов Феруз Фуркат угли, ИНН 30212931010013 («Edly»).</w:t>
      </w:r>
    </w:p>
    <w:p>
      <w:pPr>
        <w:pStyle w:val="Heading2"/>
      </w:pPr>
      <w:r>
        <w:t>1. Кто может быть Родителем</w:t>
      </w:r>
    </w:p>
    <w:p>
      <w:r>
        <w:t>1.1</w:t>
        <w:tab/>
        <w:t>Вам должно быть не менее 18 лет, вы должны обладать полной дееспособностью и быть родителем или законным представителем Несовершеннолетнего. Связывая учётные записи, вы это подтверждаете. При наличии сомнений мы можем запросить подтверждающие документы.</w:t>
      </w:r>
    </w:p>
    <w:p>
      <w:r>
        <w:t>1.2</w:t>
        <w:tab/>
        <w:t>Для собственной учётной записи Несовершеннолетнему должно быть не менее 14 лет. Дети младше 14 лет могут учиться только через вашу учётную запись под вашим присмотром.</w:t>
      </w:r>
    </w:p>
    <w:p>
      <w:pPr>
        <w:pStyle w:val="Heading2"/>
      </w:pPr>
      <w:r>
        <w:t>2. На что вы соглашаетесь</w:t>
      </w:r>
    </w:p>
    <w:p>
      <w:r>
        <w:t>2.1</w:t>
        <w:tab/>
        <w:t>Согласие на использование Платформы Несовершеннолетним. Вы соглашаетесь, чтобы у вашего ребёнка была учётная запись Edly, чтобы он изучал одобренные вами Курсы, проходил тесты и диагностики, пользовался ИИ-помощником для помощи по урокам и получал учебные уведомления.</w:t>
      </w:r>
    </w:p>
    <w:p>
      <w:r>
        <w:t>2.2</w:t>
        <w:tab/>
        <w:t>Согласие на обработку персональных данных ребёнка для целей, указанных в разделе 3 Политики конфиденциальности: ведение учётной записи, проведение Курсов, безопасность, отчёты о прогрессе для вас, сертификаты. Сюда входят данные учащихся, перечисленные в Политике конфиденциальности (имя, эл. почта, дата рождения, прогресс, результаты тестов, содержание ИИ-чатов, данные об устройстве и безопасности).</w:t>
      </w:r>
    </w:p>
    <w:p>
      <w:r>
        <w:t>2.3</w:t>
        <w:tab/>
        <w:t>Согласие на передачу необходимых данных за рубеж провайдерам, указанным в Политике конфиденциальности (облако, вход, ИИ, мессенджеры), с указанными там мерами защиты.</w:t>
      </w:r>
    </w:p>
    <w:p>
      <w:r>
        <w:t>2.4</w:t>
        <w:tab/>
        <w:t>Необязательные согласия (каждое отдельно и не является условием учётной записи): (a) маркетинговые сообщения ребёнку (для несовершеннолетних по умолчанию выключены); (b) использование имени, фото или работ ребёнка в маркетинге или витрине Edly; (c) напоминания об учёбе в Telegram. Каждое можно выбрать отдельно в панели Родителя.</w:t>
      </w:r>
    </w:p>
    <w:p>
      <w:r>
        <w:t>2.5</w:t>
        <w:tab/>
        <w:t>Вы принимаете Публичную оферту, Условия использования и Правила сообщества от имени ребёнка и отвечаете за их соблюдение ребёнком.</w:t>
      </w:r>
    </w:p>
    <w:p>
      <w:pPr>
        <w:pStyle w:val="Heading2"/>
      </w:pPr>
      <w:r>
        <w:t>3. Оплата</w:t>
      </w:r>
    </w:p>
    <w:p>
      <w:r>
        <w:t>3.1</w:t>
        <w:tab/>
        <w:t>Платные Курсы для Несовершеннолетнего покупаете и оплачиваете вы через панель Родителя. Ребёнок может отправить вам запрос на покупку; решение за вами. По Публичной оферте Покупателем являетесь вы, и чек получаете вы.</w:t>
      </w:r>
    </w:p>
    <w:p>
      <w:r>
        <w:t>3.2</w:t>
        <w:tab/>
        <w:t>Запросы на возврат подаёте вы.</w:t>
      </w:r>
    </w:p>
    <w:p>
      <w:pPr>
        <w:pStyle w:val="Heading2"/>
      </w:pPr>
      <w:r>
        <w:t>4. Что вы можете видеть и делать</w:t>
      </w:r>
    </w:p>
    <w:p>
      <w:r>
        <w:t>4.1</w:t>
        <w:tab/>
        <w:t>Вы видите Курсы ребёнка, прогресс, последнюю активность, сертификаты и ожидающие запросы на покупку. Вы не можете читать личную переписку Несовершеннолетнего с Ментором сверх того, что показывает панель; такая переписка по задумке ограничена обсуждением Курса. Вы можете запросить копию данных ребёнка.</w:t>
      </w:r>
    </w:p>
    <w:p>
      <w:r>
        <w:t>4.2</w:t>
        <w:tab/>
        <w:t>Вы можете отозвать согласие в любое время в панели или написав на info@edly.uz. После отзыва связь прекращается; платные и зависящие от согласия функции учётной записи ребёнка приостанавливаются до повторной привязки Родителем или достижения ребёнком 18 лет, а данные, которые больше не нужны, удаляются, за исключением записей, которые мы обязаны хранить по закону (например, о платежах).</w:t>
      </w:r>
    </w:p>
    <w:p>
      <w:r>
        <w:t>4.3</w:t>
        <w:tab/>
        <w:t>Вы можете потребовать исправления или удаления данных ребёнка и проверки любой проблемы, связанной с ИИ. Мы отвечаем в течение 10 рабочих дней.</w:t>
      </w:r>
    </w:p>
    <w:p>
      <w:pPr>
        <w:pStyle w:val="Heading2"/>
      </w:pPr>
      <w:r>
        <w:t>5. Обязательства Edly по безопасности</w:t>
      </w:r>
    </w:p>
    <w:p>
      <w:r>
        <w:t>5.1</w:t>
        <w:tab/>
        <w:t>Никаких контактов Менторов или других пользователей с вашим ребёнком вне каналов Платформы. Менторам запрещено запрашивать или сообщать личные номера телефонов, аккаунты в соцсетях или места встреч.</w:t>
      </w:r>
    </w:p>
    <w:p>
      <w:r>
        <w:t>5.2</w:t>
        <w:tab/>
        <w:t>Никакой таргетированной рекламы для Несовершеннолетних; никакой продажи данных.</w:t>
      </w:r>
    </w:p>
    <w:p>
      <w:r>
        <w:t>5.3</w:t>
        <w:tab/>
        <w:t>Можно сообщить о контенте и добиться его удаления; сообщения о безопасности детей рассматриваются срочно и передаются человеку.</w:t>
      </w:r>
    </w:p>
    <w:p>
      <w:r>
        <w:t>5.4</w:t>
        <w:tab/>
        <w:t>Ответы ИИ-помощника ограничены контекстом курса, с фильтрами безопасности и проверкой отмеченных переписок человеком.</w:t>
      </w:r>
    </w:p>
    <w:p>
      <w:pPr>
        <w:pStyle w:val="Heading2"/>
      </w:pPr>
      <w:r>
        <w:t>6. Советы по безопасности для Родителей</w:t>
      </w:r>
    </w:p>
    <w:p>
      <w:r>
        <w:t>Поговорите с ребёнком о том, чтобы не делиться личными данными в интернете, следите за безопасностью его входа, просматривайте панель и сообщайте о проблемах на info@edly.uz.</w:t>
      </w:r>
    </w:p>
    <w:p>
      <w:pPr>
        <w:pStyle w:val="Heading2"/>
      </w:pPr>
      <w:r>
        <w:t>7. Когда Несовершеннолетнему исполняется 18 лет</w:t>
      </w:r>
    </w:p>
    <w:p>
      <w:r>
        <w:t>В день 18-летия учётная запись становится собственной учётной записью пользователя. Мы предложим ему самостоятельно принять Условия использования и Политику конфиденциальности. Связь с Родителем прекращается автоматически, и вы больше не видите его данные.</w:t>
      </w:r>
    </w:p>
    <w:p>
      <w:pPr>
        <w:pStyle w:val="Heading2"/>
      </w:pPr>
      <w:r>
        <w:t>8. Записи</w:t>
      </w:r>
    </w:p>
    <w:p>
      <w:r>
        <w:t>Мы фиксируем версию этого текста, время и IP-адрес вашего согласия и храним их как доказательство согласия, пока обрабатываем данные ребёнка, и ещё 3 года после этого.</w:t>
      </w:r>
    </w:p>
    <w:p>
      <w:pPr>
        <w:pStyle w:val="Heading2"/>
      </w:pPr>
      <w:r>
        <w:t>9. Сводка согласий (показывается с флажками)</w:t>
      </w:r>
    </w:p>
    <w:p>
      <w:r>
        <w:t>☐ Я являюсь родителем или законным представителем ребёнка, и мне больше 18 лет.</w:t>
      </w:r>
    </w:p>
    <w:p>
      <w:r>
        <w:t>☐ Я согласен(на) на учётную запись ребёнка и обработку его персональных данных, как описано выше.</w:t>
      </w:r>
    </w:p>
    <w:p>
      <w:r>
        <w:t>☐ Я согласен(на) на передачу данных за рубеж указанным провайдерам.</w:t>
      </w:r>
    </w:p>
    <w:p>
      <w:r>
        <w:t>Необязательно: ☐ Маркетинговые сообщения ребёнку. ☐ Использование работ или имени ребёнка в витрине Edly. ☐ Напоминания в Telegram.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