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EF11B6"/>
        </w:rPr>
        <w:t>EDLY</w:t>
      </w:r>
    </w:p>
    <w:p>
      <w:r>
        <w:rPr>
          <w:b/>
          <w:color w:val="1B1470"/>
          <w:sz w:val="36"/>
        </w:rPr>
        <w:t>Договор публичной оферты (Ommaviy oferta)</w:t>
      </w:r>
    </w:p>
    <w:p>
      <w:r>
        <w:t>Платный доступ к онлайн-курсам и сопутствующим цифровым услугам на edly.uz</w:t>
      </w:r>
    </w:p>
    <w:p>
      <w:r>
        <w:t>Версия 1.1  ·  Действует с 28 октября 2026 г.  ·  Аудитория: учащиеся, родители и законные представители</w:t>
      </w:r>
    </w:p>
    <w:p>
      <w:r>
        <w:t>Статус: опубликованная версия 1.1, действует с 28 октября 2026 г. Текст на узбекском языке имеет преимущественную силу перед переводами.</w:t>
      </w:r>
    </w:p>
    <w:p>
      <w:r>
        <w:t>Язык. Информация для потребителей предоставляется на государственном языке. Настоящая Оферта публикуется на узбекском языке (латиница) как основной текст, а также на русском и английском языках как переводы для удобства. При расхождении преимущественную силу имеет текст на узбекском языке (пункт 22.2).</w:t>
      </w:r>
    </w:p>
    <w:p>
      <w:pPr>
        <w:pStyle w:val="Heading1"/>
      </w:pPr>
      <w:r>
        <w:t>Договор публичной оферты</w:t>
      </w:r>
    </w:p>
    <w:p>
      <w:r>
        <w:t>Настоящий документ является официальной публичной офертой Рахимова Феруза Фуркат угли, индивидуального предпринимателя (YaTT), зарегистрированного в Республике Узбекистан, ИНН (STIR) 30212931010013, зарегистрированный адрес: Республика Узбекистан, Бухарская область, Каганский район, Мевазор 4/11, электронная почта info@edly.uz, телефон +998 77 767 43 28 («Оператор Edly», «Edly», «мы»), адресованной любому лицу, желающему приобрести доступ к онлайн-курсам и сопутствующим услугам на сайте edly.uz, его поддоменах, в мобильных и веб-приложениях Edly и Telegram-боте (вместе — «Платформа»).</w:t>
      </w:r>
    </w:p>
    <w:p>
      <w:r>
        <w:t>Акцепт настоящей Оферты в порядке, указанном в пункте 3, означает заключение с Edly договора на изложенных ниже условиях («Договор»).</w:t>
      </w:r>
    </w:p>
    <w:p>
      <w:pPr>
        <w:pStyle w:val="Heading2"/>
      </w:pPr>
      <w:r>
        <w:t>1. Определения</w:t>
      </w:r>
    </w:p>
    <w:p>
      <w:r>
        <w:t>1.1</w:t>
        <w:tab/>
        <w:t>Платформа — программное обеспечение, сайты, приложения, Telegram-бот и связанные с ними сервисы, которые Edly предоставляет под брендом Edly.</w:t>
      </w:r>
    </w:p>
    <w:p>
      <w:r>
        <w:t>1.2</w:t>
        <w:tab/>
        <w:t>Курс — набор учебных видео, текстов, тестов, заданий и иных цифровых материалов, опубликованный на Платформе Edly или Ментором и предлагаемый за плату или бесплатно.</w:t>
      </w:r>
    </w:p>
    <w:p>
      <w:r>
        <w:t>1.3</w:t>
        <w:tab/>
        <w:t>Ментор — одобренный Edly эксперт, который создаёт Курс и предоставляет Edly лицензию на его публикацию по отдельному авторскому лицензионному договору. Менторы не являются работниками или агентами Edly и не заключают договоры от его имени.</w:t>
      </w:r>
    </w:p>
    <w:p>
      <w:r>
        <w:t>1.4</w:t>
        <w:tab/>
        <w:t>Учащийся — лицо, которое пользуется Курсом. Покупатель — лицо, которое оплачивает Курс. Это может быть одно и то же лицо. Если Учащийся — Несовершеннолетний, Покупателем должен быть Родитель.</w:t>
      </w:r>
    </w:p>
    <w:p>
      <w:r>
        <w:t>1.5</w:t>
        <w:tab/>
        <w:t>Несовершеннолетний — лицо младше 18 лет. Родитель — родитель или иной законный представитель Несовершеннолетнего, который связал свою учётную запись Edly с учётной записью Несовершеннолетнего и дал согласие в соответствии с Условиями для родителей и законных представителей.</w:t>
      </w:r>
    </w:p>
    <w:p>
      <w:r>
        <w:t>1.6</w:t>
        <w:tab/>
        <w:t>Доступ — личное, неисключительное и непередаваемое право просматривать Курс на Платформе в течение Срока доступа.</w:t>
      </w:r>
    </w:p>
    <w:p>
      <w:r>
        <w:t>1.7</w:t>
        <w:tab/>
        <w:t>Срок доступа — срок, если он указан на странице Курса для этого Курса. Если срок не указан, Доступ сохраняется, пока Курс опубликован на Платформе; в настоящее время Edly не прекращает Доступ по истечении фиксированного числа месяцев.</w:t>
      </w:r>
    </w:p>
    <w:p>
      <w:r>
        <w:t>1.8</w:t>
        <w:tab/>
        <w:t>Цена — сумма в узбекских сумах (UZS), указанная при оформлении оплаты, включая все налоги, уплачиваемые Edly.</w:t>
      </w:r>
    </w:p>
    <w:p>
      <w:r>
        <w:t>1.9</w:t>
        <w:tab/>
        <w:t>Платёжный провайдер — лицензированная платёжная организация или оператор платёжной системы, используемые при оплате (в настоящее время Click и Payme; доступные провайдеры указываются при оформлении оплаты).</w:t>
      </w:r>
    </w:p>
    <w:p>
      <w:r>
        <w:t>1.10</w:t>
        <w:tab/>
        <w:t>Сертификат — сертификат о прохождении, выдаваемый Edly в соответствии с Политикой сертификатов. Он не является государственным дипломом, документом о квалификации, переподготовке или профессиональной лицензией.</w:t>
      </w:r>
    </w:p>
    <w:p>
      <w:r>
        <w:t>1.11</w:t>
        <w:tab/>
        <w:t>Условия использования, Политика конфиденциальности, Политика cookie, Политика возврата, Правила сообщества, Политика использования ИИ, Политика сертификатов и Условия для родителей и законных представителей — документы, опубликованные на Платформе и являющиеся частью настоящего Договора.</w:t>
      </w:r>
    </w:p>
    <w:p>
      <w:pPr>
        <w:pStyle w:val="Heading2"/>
      </w:pPr>
      <w:r>
        <w:t>2. Предмет Договора</w:t>
      </w:r>
    </w:p>
    <w:p>
      <w:r>
        <w:t>2.1</w:t>
        <w:tab/>
        <w:t>Edly предоставляет Покупателю и Учащемуся Доступ к выбранному и оплаченному Курсу и оказывает сопутствующие услуги, описанные на странице Курса (например, тесты, ИИ-помощник для учёбы, обратная связь по заданиям, онлайн-занятия, Сертификат), на условиях настоящего Договора.</w:t>
      </w:r>
    </w:p>
    <w:p>
      <w:r>
        <w:t>2.2</w:t>
        <w:tab/>
        <w:t>Курсы являются просветительскими (ma'rifiy) информационно-обучающими услугами, оказываемыми в рамках деятельности, по которой зарегистрирован Оператор Edly (ОКЭД 85.59.0). Они не являются формальным государственным образованием, не ведут к получению признанной государством квалификации или документа об образовании и не являются лицензируемой образовательной деятельностью по законодательству Узбекистана.</w:t>
      </w:r>
    </w:p>
    <w:p>
      <w:r>
        <w:t>2.3</w:t>
        <w:tab/>
        <w:t>Отсутствие гарантии результата. Edly и Менторы дают знания, практику и обратную связь. Edly не обещает и ничто на Платформе или в рекламе не может толковаться как обещание конкретной работы, дохода, клиента, балла на экзамене, гранта, поступления в вуз, оценки или карьерного результата. Любые приводимые показатели (доля завершивших, рост баллов, результаты выпускников) — это исторические средние значения прошлых потоков с указанием выборки и периода, а не прогнозы.</w:t>
      </w:r>
    </w:p>
    <w:p>
      <w:r>
        <w:t>2.4</w:t>
        <w:tab/>
        <w:t>Курсы создаются Менторами, которые отвечают за собственный контент по лицензионному договору. Мнения, высказанные Ментором, являются мнением самого Ментора. Edly проверяет Курсы на соответствие Стандартам контента до публикации, но не гарантирует, что каждый Курс не содержит ошибок и подходит каждому Учащемуся.</w:t>
      </w:r>
    </w:p>
    <w:p>
      <w:r>
        <w:t>2.5</w:t>
        <w:tab/>
        <w:t>Корпоративный и институциональный доступ. Если компания, школа или иная организация приобретает доступ к Курсам для своих сотрудников или учащихся, такой доступ регулируется отдельным подписанным Корпоративным и институциональным лицензионным договором, а не настоящей Офертой. Если сотрудник или учащийся организации приобретает Курс самостоятельно, своим способом оплаты, к такой покупке применяется настоящая Оферта в обычном порядке.</w:t>
      </w:r>
    </w:p>
    <w:p>
      <w:pPr>
        <w:pStyle w:val="Heading2"/>
      </w:pPr>
      <w:r>
        <w:t>3. Акцепт и заключение Договора</w:t>
      </w:r>
    </w:p>
    <w:p>
      <w:r>
        <w:t>3.1</w:t>
        <w:tab/>
        <w:t>Покупатель акцептует настоящую Оферту, совершив оба следующих действия: (a) отметив при оформлении оплаты флажок «Я ознакомился и принимаю Публичную оферту» и (b) оплатив Цену. Флажок обязателен; без него оплата невозможна.</w:t>
      </w:r>
    </w:p>
    <w:p>
      <w:r>
        <w:t>3.2</w:t>
        <w:tab/>
        <w:t>Договор считается заключённым в дату получения Edly подтверждения оплаты от Платёжного провайдера. Edly хранит подтверждение оплаты, данные учётной записи и время оплаты как доказательство акцепта; применяется версия настоящей Оферты, опубликованная на тот момент.</w:t>
      </w:r>
    </w:p>
    <w:p>
      <w:r>
        <w:t>3.3</w:t>
        <w:tab/>
        <w:t>Для бесплатных Курсов и бесплатных диагностик Договор заключается в момент регистрации пользователя или начала пользования бесплатной услугой и принятия Условий использования.</w:t>
      </w:r>
    </w:p>
    <w:p>
      <w:r>
        <w:t>3.4</w:t>
        <w:tab/>
        <w:t>Покупатель подтверждает, что (a) ему исполнилось 18 лет и он обладает полной дееспособностью, либо (b) он является Несовершеннолетним в возрасте от 14 до 17 лет, который совершает покупку только через Родителя в качестве плательщика. Несовершеннолетний не оплачивает и не акцептует настоящую Оферту самостоятельно.</w:t>
      </w:r>
    </w:p>
    <w:p>
      <w:r>
        <w:t>3.5</w:t>
        <w:tab/>
        <w:t>Edly вправе изменять настоящую Оферту. Изменения применяются к покупкам, совершённым после публикации новой версии, и не уменьшают права, уже приобретённые в отношении оплаченного Курса. Новая версия публикуется с датой и номером версии; прежние версии предоставляются по запросу.</w:t>
      </w:r>
    </w:p>
    <w:p>
      <w:pPr>
        <w:pStyle w:val="Heading2"/>
      </w:pPr>
      <w:r>
        <w:t>4. Цены и оплата</w:t>
      </w:r>
    </w:p>
    <w:p>
      <w:r>
        <w:t>4.1</w:t>
        <w:tab/>
        <w:t>Цена каждого Курса указана на его странице. Цены указаны в UZS и включают налоги, которые Edly обязан уплатить по закону. Edly вправе изменять цены в любое время; к покупке применяется Цена, показанная при оформлении оплаты в момент оплаты.</w:t>
      </w:r>
    </w:p>
    <w:p>
      <w:r>
        <w:t>4.2</w:t>
        <w:tab/>
        <w:t>Оплата производится через Платёжного провайдера. Edly не получает, не видит и не хранит номера банковских карт и коды безопасности. Данные карт обрабатывает только Платёжный провайдер по своим условиям и правилам безопасности.</w:t>
      </w:r>
    </w:p>
    <w:p>
      <w:r>
        <w:t>4.3</w:t>
        <w:tab/>
        <w:t>Edly может предлагать скидки, цены для первых покупателей, промокоды, реферальные вознаграждения и пакеты. Если в предложении не указано иное, акции не суммируются, имеют срок действия, не передаются и не обмениваются на деньги. Скидка уменьшает фактически уплаченную Цену; возврат, если он положен, рассчитывается от фактически уплаченной суммы.</w:t>
      </w:r>
    </w:p>
    <w:p>
      <w:r>
        <w:t>4.4</w:t>
        <w:tab/>
        <w:t>На каждый платёж выдаётся фискальный чек (или иной документ, требуемый налоговым законодательством), который направляется на контактные данные, указанные при оплате, или отображается в учётной записи Учащегося.</w:t>
      </w:r>
    </w:p>
    <w:p>
      <w:r>
        <w:t>4.5</w:t>
        <w:tab/>
        <w:t>Рассрочка или отсрочка платежа, если она предлагается, предоставляется Платёжным провайдером или финансовой организацией на их условиях. Edly не является кредитором и не является стороной кредитного договора.</w:t>
      </w:r>
    </w:p>
    <w:p>
      <w:r>
        <w:t>4.6</w:t>
        <w:tab/>
        <w:t>Если деньги списаны, но Доступ не предоставлен в течение 24 часов, Покупатель должен написать на info@edly.uz, указав номер платежа. Edly либо предоставит Доступ, либо вернёт деньги в сроки, указанные в пункте 9.</w:t>
      </w:r>
    </w:p>
    <w:p>
      <w:r>
        <w:t>4.7</w:t>
        <w:tab/>
        <w:t>На дату настоящей Оферты Edly не ведёт для Учащихся электронный кошелёк с хранением средств. Если такая функция появится, она будет регулироваться отдельными условиями и предлагаться только после получения необходимых по закону разрешений.</w:t>
      </w:r>
    </w:p>
    <w:p>
      <w:pPr>
        <w:pStyle w:val="Heading2"/>
      </w:pPr>
      <w:r>
        <w:t>5. Доступ и предоставление услуги</w:t>
      </w:r>
    </w:p>
    <w:p>
      <w:r>
        <w:t>5.1</w:t>
        <w:tab/>
        <w:t>Доступ открывается в электронном виде в учётной записи Учащегося, как правило сразу после подтверждения оплаты и в любом случае в течение 24 часов.</w:t>
      </w:r>
    </w:p>
    <w:p>
      <w:r>
        <w:t>5.2</w:t>
        <w:tab/>
        <w:t>Услуга считается оказанной в момент открытия Доступа, поскольку цифровой контент становится доступен в этот момент. Учащийся может начать обучение сразу. Право Покупателя на возврат регулируется пунктом 9 и императивными нормами закона, которые настоящая Оферта не ограничивает.</w:t>
      </w:r>
    </w:p>
    <w:p>
      <w:r>
        <w:t>5.3</w:t>
        <w:tab/>
        <w:t>Технические требования: устройство с актуальным браузером, стабильный интернет и для некоторых Курсов — сторонние инструменты, которые Учащийся оплачивает отдельно (например, сервисы ИИ-видео или дизайна). На странице Курса указаны необходимые инструменты и самый дешёвый тариф, достаточный для прохождения Курса. Edly не отвечает за цену, доступность и условия сторонних инструментов.</w:t>
      </w:r>
    </w:p>
    <w:p>
      <w:r>
        <w:t>5.4</w:t>
        <w:tab/>
        <w:t>Онлайн-занятия и разборы, если они включены, проводятся в объявленное на Платформе время. Если занятие отменено, Edly переносит его или предоставляет запись. Вместо участия может предоставляться запись.</w:t>
      </w:r>
    </w:p>
    <w:p>
      <w:pPr>
        <w:pStyle w:val="Heading2"/>
      </w:pPr>
      <w:r>
        <w:t>6. Права и обязанности Учащегося</w:t>
      </w:r>
    </w:p>
    <w:p>
      <w:r>
        <w:t>6.1</w:t>
        <w:tab/>
        <w:t>Учащийся вправе использовать Курс только для личного некоммерческого обучения (либо, для корпоративного места, в пределах Корпоративной лицензии).</w:t>
      </w:r>
    </w:p>
    <w:p>
      <w:r>
        <w:t>6.2</w:t>
        <w:tab/>
        <w:t>Учащемуся запрещается: передавать данные для входа или позволять другим пользоваться учётной записью; скачивать, записывать, делать снимки экрана, копировать, перепродавать, публиковать или распространять материалы Курса; обходить защиту видео, ограничения по устройствам или одновременным просмотрам; использовать ботов и парсеры; загружать незаконный контент; нарушать Правила сообщества.</w:t>
      </w:r>
    </w:p>
    <w:p>
      <w:r>
        <w:t>6.3</w:t>
        <w:tab/>
        <w:t>Видео Курсов защищены техническими мерами (шифрование, подписанные ссылки, ограничения по устройствам и потокам, выявление злоупотреблений). Автоматические сигналы о злоупотреблении могут временно заблокировать воспроизведение на время проверки Edly. Учащийся может оспорить блокировку через поддержку.</w:t>
      </w:r>
    </w:p>
    <w:p>
      <w:r>
        <w:t>6.4</w:t>
        <w:tab/>
        <w:t>Учащийся обязан указывать достоверные регистрационные данные, включая правильную дату рождения, и обеспечивать безопасность учётной записи. При необходимости Edly может запросить подтверждение возраста или согласие родителя.</w:t>
      </w:r>
    </w:p>
    <w:p>
      <w:r>
        <w:t>6.5</w:t>
        <w:tab/>
        <w:t>Нарушение пункта 6.2 или 6.6 является существенным нарушением. При серьёзном или повторном нарушении Edly вправе приостановить или прекратить Доступ без возврата за неиспользованный период после уведомления и предоставления разумной возможности ответить, за исключением случаев, когда немедленные меры необходимы для пресечения незаконного копирования или защиты других лиц.</w:t>
      </w:r>
    </w:p>
    <w:p>
      <w:r>
        <w:t>6.6</w:t>
        <w:tab/>
        <w:t>Конфиденциальность контента Курса. Учащийся не вправе раскрывать материалы Курса (уроки, видео, тесты и ответы, задания, файлы, онлайн-занятия и записи) и иную непубличную информацию, полученную через Платформу, в комментариях и отзывах к Курсу, чатах, группах мессенджеров, социальных сетях, ИИ-сервисах и на любой другой платформе — внутренней или внешней, как указано в пункте 5.4 Условий использования. Учащийся может своими словами рассказать, чему научился, высказать мнение о Курсе и поделиться Сертификатом.</w:t>
      </w:r>
    </w:p>
    <w:p>
      <w:pPr>
        <w:pStyle w:val="Heading2"/>
      </w:pPr>
      <w:r>
        <w:t>7. Права и обязанности Edly</w:t>
      </w:r>
    </w:p>
    <w:p>
      <w:r>
        <w:t>7.1</w:t>
        <w:tab/>
        <w:t>Edly предоставляет Доступ с разумной профессиональной тщательностью, поддерживает доступность Платформы с учётом технического обслуживания и обстоятельств вне его контроля и рассматривает обращения в соответствии с Порядком рассмотрения жалоб.</w:t>
      </w:r>
    </w:p>
    <w:p>
      <w:r>
        <w:t>7.2</w:t>
        <w:tab/>
        <w:t>Edly вправе обновлять, улучшать, переупорядочивать и исправлять материалы Курса, заменять устаревшие инструменты и примеры, добавлять или удалять дополнительные функции. Edly не будет существенно сокращать содержание оплаченного Учащимся Курса, не предложив разумную альтернативу или возврат.</w:t>
      </w:r>
    </w:p>
    <w:p>
      <w:r>
        <w:t>7.3</w:t>
        <w:tab/>
        <w:t>Edly вправе снять или приостановить Курс (например, по правовым причинам, соображениям безопасности, авторских прав или качества либо при прекращении лицензии Ментора). В этом случае Edly по своему выбору и в зависимости от обстоятельств: (a) сохраняет Доступ к оплаченному Курсу до конца Срока доступа, если это законно и практически возможно; (b) предоставляет равноценный Курс; или (c) возвращает неиспользованную часть Цены.</w:t>
      </w:r>
    </w:p>
    <w:p>
      <w:r>
        <w:t>7.4</w:t>
        <w:tab/>
        <w:t>Edly вправе использовать обезличенную и агрегированную статистику (не позволяющую идентифицировать лицо) для улучшения Платформы и публикации отчётов о результатах.</w:t>
      </w:r>
    </w:p>
    <w:p>
      <w:pPr>
        <w:pStyle w:val="Heading2"/>
      </w:pPr>
      <w:r>
        <w:t>8. Интеллектуальная собственность</w:t>
      </w:r>
    </w:p>
    <w:p>
      <w:r>
        <w:t>8.1</w:t>
        <w:tab/>
        <w:t>Все материалы Курсов, Платформа, название, логотип и бренд Edly охраняются авторским правом, правом на товарные знаки и смежными правами. Права на Курсы принадлежат Менторам или Edly, как указано в лицензионных договорах. Настоящий Договор не передаёт Учащемуся никакую интеллектуальную собственность.</w:t>
      </w:r>
    </w:p>
    <w:p>
      <w:r>
        <w:t>8.2</w:t>
        <w:tab/>
        <w:t>Работы, созданные Учащимся при выполнении заданий, остаются собственностью Учащегося. Учащийся предоставляет Edly ограниченную неисключительную лицензию на хранение таких работ, их показ Ментору и проверяющим и обработку для оказания услуг Курса, обратной связи и контроля качества. Edly не публикует работы, имя или фото Учащегося в маркетинге без отдельного письменного согласия (для Несовершеннолетнего — согласия Родителя), которое можно отозвать на будущее.</w:t>
      </w:r>
    </w:p>
    <w:p>
      <w:r>
        <w:t>8.3</w:t>
        <w:tab/>
        <w:t>Запрещается использовать Платформу для обучения моделей ИИ, анализа данных (data mining) или создания конкурирующей базы данных.</w:t>
      </w:r>
    </w:p>
    <w:p>
      <w:r>
        <w:t>8.4</w:t>
        <w:tab/>
        <w:t>По окончании Срока доступа или при снятии Курса Доступ прекращается.</w:t>
      </w:r>
    </w:p>
    <w:p>
      <w:pPr>
        <w:pStyle w:val="Heading2"/>
      </w:pPr>
      <w:r>
        <w:t>9. Возврат, отмена и отказ</w:t>
      </w:r>
    </w:p>
    <w:p>
      <w:r>
        <w:t>9.1</w:t>
        <w:tab/>
        <w:t>Политика возврата является частью настоящего Договора. Кратко: полная Цена возвращается, если запрос подан в течение 7 календарных дней с даты оплаты и Учащийся прошёл не более 20% Курса; после этого возврат не производится, если только Курс не имеет существенных недостатков, не был предоставлен или не соответствует описанию либо закон не требует иного.</w:t>
      </w:r>
    </w:p>
    <w:p>
      <w:r>
        <w:t>9.2</w:t>
        <w:tab/>
        <w:t>Императивные права не ограничиваются. Ничто в настоящем Договоре не исключает и не ограничивает права потребителя по Закону «О защите прав потребителей», Закону «Об электронной коммерции» или иным императивным нормам. Если императивная норма даёт более длительное или выгодное право, чем Политика возврата, применяется императивная норма.</w:t>
      </w:r>
    </w:p>
    <w:p>
      <w:r>
        <w:t>9.3</w:t>
        <w:tab/>
        <w:t>Возврат производится тем же способом оплаты, как правило в течение 10 рабочих дней после одобрения запроса, через Платёжного провайдера. Комиссии Платёжного провайдера, которые он не возвращает, могут удерживаться только в пределах, разрешённых законом и указанных в Политике возврата.</w:t>
      </w:r>
    </w:p>
    <w:p>
      <w:r>
        <w:t>9.4</w:t>
        <w:tab/>
        <w:t>Возврат прекращает Доступ и аннулирует связанные с этой продажей Сертификат, реферальное вознаграждение и роялти Ментора.</w:t>
      </w:r>
    </w:p>
    <w:p>
      <w:r>
        <w:t>9.5</w:t>
        <w:tab/>
        <w:t>Если Edly отменяет продажу из-за мошенничества, очевидной для разумного человека ошибки в цене или последующей отмены платежа, Edly уведомляет Покупателя и возвращает полученные средства.</w:t>
      </w:r>
    </w:p>
    <w:p>
      <w:pPr>
        <w:pStyle w:val="Heading2"/>
      </w:pPr>
      <w:r>
        <w:t>10. Особые правила для Несовершеннолетних и Родителей</w:t>
      </w:r>
    </w:p>
    <w:p>
      <w:r>
        <w:t>10.1</w:t>
        <w:tab/>
        <w:t>Учащиеся в возрасте от 14 до 17 лет могут пользоваться Платформой только при связанном согласии Родителя в соответствии с Условиями для родителей и законных представителей. Дети младше 14 лет не могут иметь собственную учётную запись; Родитель может использовать свою учётную запись для просмотра и оплаты, а ребёнок может учиться под присмотром Родителя через учётную запись Родителя, если Курс подходит.</w:t>
      </w:r>
    </w:p>
    <w:p>
      <w:r>
        <w:t>10.2</w:t>
        <w:tab/>
        <w:t>Покупку для Несовершеннолетнего совершает и оплачивает Родитель. Родитель является Покупателем и отвечает за оплату и соблюдение Несовершеннолетним настоящего Договора.</w:t>
      </w:r>
    </w:p>
    <w:p>
      <w:r>
        <w:t>10.3</w:t>
        <w:tab/>
        <w:t>Родитель может видеть прогресс и сертификаты Несовершеннолетнего и может отозвать согласие. Отзыв прекращает связь учётных записей и может привести к приостановке учётной записи Несовершеннолетнего; сам по себе он не даёт Родителю права на возврат сверх Политики возврата.</w:t>
      </w:r>
    </w:p>
    <w:p>
      <w:pPr>
        <w:pStyle w:val="Heading2"/>
      </w:pPr>
      <w:r>
        <w:t>11. Персональные данные</w:t>
      </w:r>
    </w:p>
    <w:p>
      <w:r>
        <w:t>11.1</w:t>
        <w:tab/>
        <w:t>Edly обрабатывает персональные данные в соответствии с Политикой конфиденциальности и Законом «О персональных данных». Акцептуя настоящую Оферту, Покупатель подтверждает, что ознакомился с Политикой конфиденциальности. Согласие на обработку для необязательных целей (маркетинг, публикация работ, связь по поводу продаж, cookie сверх строго необходимых) запрашивается отдельно и не является условием покупки Курса.</w:t>
      </w:r>
    </w:p>
    <w:p>
      <w:pPr>
        <w:pStyle w:val="Heading2"/>
      </w:pPr>
      <w:r>
        <w:t>12. Функции искусственного интеллекта</w:t>
      </w:r>
    </w:p>
    <w:p>
      <w:r>
        <w:t>12.1</w:t>
        <w:tab/>
        <w:t>ИИ-помощник для учёбы, а также подсказки и тесты, созданные ИИ, — это инструменты, которые могут ошибаться или давать неполные ответы. Их результаты не являются профессиональной, юридической, медицинской, финансовой или экзаменационной консультацией. Важные факты следует проверять у Ментора или в авторитетном источнике. Не вводите в ИИ-чаты личные, финансовые или конфиденциальные данные. Применяется Политика использования ИИ.</w:t>
      </w:r>
    </w:p>
    <w:p>
      <w:pPr>
        <w:pStyle w:val="Heading2"/>
      </w:pPr>
      <w:r>
        <w:t>13. Сертификаты</w:t>
      </w:r>
    </w:p>
    <w:p>
      <w:r>
        <w:t>13.1</w:t>
        <w:tab/>
        <w:t>Сертификат выдаётся, когда Учащийся выполнил условия завершения, указанные на странице Курса. Он подтверждает только прохождение частного онлайн-курса и может быть проверен по его идентификатору по адресу, указанному на сертификате. Edly вправе аннулировать Сертификат, полученный путём обмана или с нарушением правил.</w:t>
      </w:r>
    </w:p>
    <w:p>
      <w:pPr>
        <w:pStyle w:val="Heading2"/>
      </w:pPr>
      <w:r>
        <w:t>14. Гарантии и ответственность</w:t>
      </w:r>
    </w:p>
    <w:p>
      <w:r>
        <w:t>14.1</w:t>
        <w:tab/>
        <w:t>Edly отвечает за собственное нарушение настоящего Договора и за убытки, ответственность за которые возложена на него законом, включая причинение смерти или вреда здоровью, мошенничество и иные случаи, ответственность за которые не может быть ограничена по закону.</w:t>
      </w:r>
    </w:p>
    <w:p>
      <w:r>
        <w:t>14.2</w:t>
        <w:tab/>
        <w:t>В пределах, допускаемых законом, Edly не отвечает за: (a) упущенный доход, прибыль, возможности или ожидаемые карьерные результаты; (b) недостижение результата, описанного в пункте 2.3; (c) косвенные убытки; (d) перебои, вызванные Платёжными провайдерами, операторами связи, сторонними инструментами, облачными провайдерами или сбоями интернета вне разумного контроля Edly; (e) сторонний контент и ссылки; (f) ненадлежащее использование Платформы Учащимся.</w:t>
      </w:r>
    </w:p>
    <w:p>
      <w:r>
        <w:t>14.3</w:t>
        <w:tab/>
        <w:t>В пределах, допускаемых законом, общая ответственность Edly перед Покупателем по любому требованию, связанному с Курсом, ограничена Ценой, уплаченной за этот Курс.</w:t>
      </w:r>
    </w:p>
    <w:p>
      <w:r>
        <w:t>14.4</w:t>
        <w:tab/>
        <w:t>Эти ограничения не уменьшают установленные законом средства защиты потребителя, если закон запрещает их ограничивать.</w:t>
      </w:r>
    </w:p>
    <w:p>
      <w:pPr>
        <w:pStyle w:val="Heading2"/>
      </w:pPr>
      <w:r>
        <w:t>15. Форс-мажор</w:t>
      </w:r>
    </w:p>
    <w:p>
      <w:r>
        <w:t>15.1</w:t>
        <w:tab/>
        <w:t>Ни одна из сторон не отвечает за просрочку или неисполнение, вызванные обстоятельствами вне разумного контроля, включая стихийные бедствия, эпидемии, войну, акты государственных органов, блокировку сервисов органами или операторами, сбои электропитания или сети, а также сбои Платёжного провайдера или хостинг-провайдера, которых нельзя было разумно избежать. Пострадавшая сторона должна незамедлительно уведомить другую сторону и предпринять разумные усилия для возобновления исполнения. Если обстоятельство длится более 30 дней, любая сторона вправе расторгнуть Договор в неисполненной части, и Edly возвращает неиспользованную часть Цены.</w:t>
      </w:r>
    </w:p>
    <w:p>
      <w:pPr>
        <w:pStyle w:val="Heading2"/>
      </w:pPr>
      <w:r>
        <w:t>16. Срок действия и расторжение</w:t>
      </w:r>
    </w:p>
    <w:p>
      <w:r>
        <w:t>16.1</w:t>
        <w:tab/>
        <w:t>Договор действует до окончания Срока доступа и исполнения обязательств. Учащийся может прекратить пользоваться Платформой в любое время. Прекращение по инициативе Учащегося само по себе не обязывает Edly производить возврат сверх Политики возврата.</w:t>
      </w:r>
    </w:p>
    <w:p>
      <w:r>
        <w:t>16.2</w:t>
        <w:tab/>
        <w:t>Edly вправе прекратить или приостановить Договор в соответствии с пунктами 6.5, 7.3 или в случаях, предусмотренных законом.</w:t>
      </w:r>
    </w:p>
    <w:p>
      <w:r>
        <w:t>16.3</w:t>
        <w:tab/>
        <w:t>Положения об интеллектуальной собственности, персональных данных, ответственности и разрешении споров действуют и после прекращения Договора.</w:t>
      </w:r>
    </w:p>
    <w:p>
      <w:pPr>
        <w:pStyle w:val="Heading2"/>
      </w:pPr>
      <w:r>
        <w:t>17. Передача Договора правопреемнику</w:t>
      </w:r>
    </w:p>
    <w:p>
      <w:r>
        <w:t>17.1</w:t>
        <w:tab/>
        <w:t>Edly вправе передать настоящий Договор, права и обязанности по нему юридическому лицу, продолжающему бизнес Edly (например, обществу с ограниченной ответственностью (MChJ), созданному Оператором Edly или его основателем), уведомив об этом не менее чем за 30 дней публикацией на Платформе и по электронной почте. Правопреемник принимает все обязательства, включая возвраты, Доступ и обязательства по персональным данным, поэтому положение Учащегося не ухудшается. Если Учащийся по уважительной причине возражает против передачи, он вправе расторгнуть Договор в течение срока уведомления и получить возврат неиспользованной части Цены.</w:t>
      </w:r>
    </w:p>
    <w:p>
      <w:pPr>
        <w:pStyle w:val="Heading2"/>
      </w:pPr>
      <w:r>
        <w:t>18. Жалобы</w:t>
      </w:r>
    </w:p>
    <w:p>
      <w:r>
        <w:t>18.1</w:t>
        <w:tab/>
        <w:t>Жалобы направляются на info@edly.uz или через форму в приложении. Edly подтверждает получение в течение 2 рабочих дней и отвечает по существу в течение 10 рабочих дней (или в более короткий срок, установленный законом). Применяется Порядок рассмотрения жалоб. Покупатель сохраняет право обратиться в орган по защите прав потребителей и в суд.</w:t>
      </w:r>
    </w:p>
    <w:p>
      <w:pPr>
        <w:pStyle w:val="Heading2"/>
      </w:pPr>
      <w:r>
        <w:t>19. Уведомления</w:t>
      </w:r>
    </w:p>
    <w:p>
      <w:r>
        <w:t>19.1</w:t>
        <w:tab/>
        <w:t>Уведомления Покупателю направляются на электронную почту, в Telegram или во внутренний почтовый ящик, связанный с учётной записью. Уведомления для Edly направляются на info@edly.uz, а официальные уведомления — по зарегистрированному адресу, указанному в преамбуле. Уведомление, отправленное электронно, считается полученным на следующий рабочий день, если не получено сообщение о недоставке.</w:t>
      </w:r>
    </w:p>
    <w:p>
      <w:pPr>
        <w:pStyle w:val="Heading2"/>
      </w:pPr>
      <w:r>
        <w:t>20. Противодействие мошенничеству и соблюдение требований</w:t>
      </w:r>
    </w:p>
    <w:p>
      <w:r>
        <w:t>20.1</w:t>
        <w:tab/>
        <w:t>Edly вправе проверять личность, отклонять или отменять платежи, которые обоснованно подозреваются в мошенничестве, отсутствии полномочий или использовании украденных карт, и передавать необходимую информацию Платёжным провайдерам, банкам и компетентным органам в случаях, предусмотренных законом.</w:t>
      </w:r>
    </w:p>
    <w:p>
      <w:r>
        <w:t>20.2</w:t>
        <w:tab/>
        <w:t>Ни одна из сторон не вправе использовать Договор в незаконных целях.</w:t>
      </w:r>
    </w:p>
    <w:p>
      <w:pPr>
        <w:pStyle w:val="Heading2"/>
      </w:pPr>
      <w:r>
        <w:t>21. Доказательства и электронная форма</w:t>
      </w:r>
    </w:p>
    <w:p>
      <w:r>
        <w:t>21.1</w:t>
        <w:tab/>
        <w:t>Стороны соглашаются, что электронные записи, которые ведёт Edly (журналы акцепта, подтверждения оплаты, журналы доступа), и переписка через Платформу могут использоваться в качестве доказательств. Edly хранит эти записи в сроки, установленные графиком хранения, и предоставляет их Покупателю по запросу в соответствии с законом.</w:t>
      </w:r>
    </w:p>
    <w:p>
      <w:pPr>
        <w:pStyle w:val="Heading2"/>
      </w:pPr>
      <w:r>
        <w:t>22. Применимое право и споры</w:t>
      </w:r>
    </w:p>
    <w:p>
      <w:r>
        <w:t>22.1</w:t>
        <w:tab/>
        <w:t>Настоящий Договор регулируется законодательством Республики Узбекистан.</w:t>
      </w:r>
    </w:p>
    <w:p>
      <w:r>
        <w:t>22.2</w:t>
        <w:tab/>
        <w:t>Текст настоящей Оферты на узбекском языке имеет преимущественную силу перед переводами.</w:t>
      </w:r>
    </w:p>
    <w:p>
      <w:r>
        <w:t>22.3</w:t>
        <w:tab/>
        <w:t>Стороны сначала стремятся урегулировать спор путём переговоров и рассмотрения жалобы. Если спор не урегулирован в течение 30 дней, он передаётся в компетентный суд Республики Узбекистан. Потребитель во всех случаях вправе подать иск по месту своего жительства или в ином месте, допускаемом законом.</w:t>
      </w:r>
    </w:p>
    <w:p>
      <w:pPr>
        <w:pStyle w:val="Heading2"/>
      </w:pPr>
      <w:r>
        <w:t>23. Реквизиты Оператора Edly</w:t>
      </w:r>
    </w:p>
    <w:tbl>
      <w:tblPr>
        <w:tblStyle w:val="TableGrid"/>
        <w:tblW w:type="auto" w:w="0"/>
        <w:tblLook w:firstColumn="1" w:firstRow="1" w:lastColumn="0" w:lastRow="0" w:noHBand="0" w:noVBand="1" w:val="04A0"/>
      </w:tblPr>
      <w:tblGrid>
        <w:gridCol w:w="4320"/>
        <w:gridCol w:w="4320"/>
      </w:tblGrid>
      <w:tr>
        <w:tc>
          <w:tcPr>
            <w:tcW w:type="dxa" w:w="4320"/>
          </w:tcPr>
          <w:p>
            <w:r>
              <w:t>Пункт</w:t>
            </w:r>
          </w:p>
        </w:tc>
        <w:tc>
          <w:tcPr>
            <w:tcW w:type="dxa" w:w="4320"/>
          </w:tcPr>
          <w:p>
            <w:r>
              <w:t>Реквизиты</w:t>
            </w:r>
          </w:p>
        </w:tc>
      </w:tr>
      <w:tr>
        <w:tc>
          <w:tcPr>
            <w:tcW w:type="dxa" w:w="4320"/>
          </w:tcPr>
          <w:p>
            <w:r>
              <w:t>Наименование</w:t>
            </w:r>
          </w:p>
        </w:tc>
        <w:tc>
          <w:tcPr>
            <w:tcW w:type="dxa" w:w="4320"/>
          </w:tcPr>
          <w:p>
            <w:r>
              <w:t>Рахимов Феруз Фуркат угли, индивидуальный предприниматель (YaTT); зарегистрированный вид деятельности: просветительская деятельность, ОКЭД 85.59.0</w:t>
            </w:r>
          </w:p>
        </w:tc>
      </w:tr>
      <w:tr>
        <w:tc>
          <w:tcPr>
            <w:tcW w:type="dxa" w:w="4320"/>
          </w:tcPr>
          <w:p>
            <w:r>
              <w:t>ИНН / ПИНФЛ</w:t>
            </w:r>
          </w:p>
        </w:tc>
        <w:tc>
          <w:tcPr>
            <w:tcW w:type="dxa" w:w="4320"/>
          </w:tcPr>
          <w:p>
            <w:r>
              <w:t>30212931010013</w:t>
            </w:r>
          </w:p>
        </w:tc>
      </w:tr>
      <w:tr>
        <w:tc>
          <w:tcPr>
            <w:tcW w:type="dxa" w:w="4320"/>
          </w:tcPr>
          <w:p>
            <w:r>
              <w:t>Государственная регистрация</w:t>
            </w:r>
          </w:p>
        </w:tc>
        <w:tc>
          <w:tcPr>
            <w:tcW w:type="dxa" w:w="4320"/>
          </w:tcPr>
          <w:p>
            <w:r>
              <w:t>Свидетельство № 7528103; запись № 8063854 от 11 октября 2026 г. в Едином государственном реестре субъектов предпринимательства; выдано Центром государственных услуг Каганского района</w:t>
            </w:r>
          </w:p>
        </w:tc>
      </w:tr>
      <w:tr>
        <w:tc>
          <w:tcPr>
            <w:tcW w:type="dxa" w:w="4320"/>
          </w:tcPr>
          <w:p>
            <w:r>
              <w:t>Зарегистрированный адрес</w:t>
            </w:r>
          </w:p>
        </w:tc>
        <w:tc>
          <w:tcPr>
            <w:tcW w:type="dxa" w:w="4320"/>
          </w:tcPr>
          <w:p>
            <w:r>
              <w:t>Республика Узбекистан, Бухарская область, Каганский район, Мевазор 4/11</w:t>
            </w:r>
          </w:p>
        </w:tc>
      </w:tr>
      <w:tr>
        <w:tc>
          <w:tcPr>
            <w:tcW w:type="dxa" w:w="4320"/>
          </w:tcPr>
          <w:p>
            <w:r>
              <w:t>Банковские реквизиты</w:t>
            </w:r>
          </w:p>
        </w:tc>
        <w:tc>
          <w:tcPr>
            <w:tcW w:type="dxa" w:w="4320"/>
          </w:tcPr>
          <w:p>
            <w:r>
              <w:t>Расчётный счёт 20218000807558336001, МФО банка 01180</w:t>
            </w:r>
          </w:p>
        </w:tc>
      </w:tr>
      <w:tr>
        <w:tc>
          <w:tcPr>
            <w:tcW w:type="dxa" w:w="4320"/>
          </w:tcPr>
          <w:p>
            <w:r>
              <w:t>Эл. почта / телефон</w:t>
            </w:r>
          </w:p>
        </w:tc>
        <w:tc>
          <w:tcPr>
            <w:tcW w:type="dxa" w:w="4320"/>
          </w:tcPr>
          <w:p>
            <w:r>
              <w:t>info@edly.uz / +998 77 767 43 28</w:t>
            </w:r>
          </w:p>
        </w:tc>
      </w:tr>
      <w:tr>
        <w:tc>
          <w:tcPr>
            <w:tcW w:type="dxa" w:w="4320"/>
          </w:tcPr>
          <w:p>
            <w:r>
              <w:t>Сайт</w:t>
            </w:r>
          </w:p>
        </w:tc>
        <w:tc>
          <w:tcPr>
            <w:tcW w:type="dxa" w:w="4320"/>
          </w:tcPr>
          <w:p>
            <w:r>
              <w:t>https://edly.uz</w:t>
            </w:r>
          </w:p>
        </w:tc>
      </w:tr>
      <w:tr>
        <w:tc>
          <w:tcPr>
            <w:tcW w:type="dxa" w:w="4320"/>
          </w:tcPr>
          <w:p>
            <w:r>
              <w:t>Версия / дата</w:t>
            </w:r>
          </w:p>
        </w:tc>
        <w:tc>
          <w:tcPr>
            <w:tcW w:type="dxa" w:w="4320"/>
          </w:tcPr>
          <w:p>
            <w:r>
              <w:t>1.0 / 26 октября 2026 г.</w:t>
            </w:r>
          </w:p>
        </w:tc>
      </w:tr>
    </w:tbl>
    <w:p>
      <w:pPr>
        <w:pStyle w:val="Heading2"/>
      </w:pPr>
      <w:r>
        <w:t>Приложение A. Условия конкретного курса (образец)</w:t>
      </w:r>
    </w:p>
    <w:p>
      <w:r>
        <w:t>До оплаты на странице Курса должны быть указаны: название и Ментор; что создаст Учащийся (итоговая работа); продолжительность и формат; Срок доступа; включены ли онлайн-занятия или разборы; инструменты, которые Учащийся должен купить; Цена и налоги; условие получения Сертификата; краткие условия возврата; и уведомление «Этот Курс не гарантирует трудоустройство, доход, балл или поступление».</w:t>
      </w:r>
    </w:p>
    <w:p>
      <w:pPr>
        <w:pStyle w:val="Heading2"/>
      </w:pPr>
      <w:r>
        <w:t>Приложение B. Цена для первых покупателей и акции</w:t>
      </w:r>
    </w:p>
    <w:p>
      <w:r>
        <w:t>B.1 «Цена для первых покупателей» — ограниченная скидка для первых 100 покупателей Курса, отмеченных значком «Первый учащийся». Первым учащимся предлагается (но не вменяется в обязанность) оставить честный отзыв после 3-й недели. Скидка не меняет прав Учащегося. Условия промокодов и реферальной программы изложены в Условиях реферальной программы.</w:t>
      </w:r>
    </w:p>
    <w:p>
      <w:r>
        <w:t>B.2 Edly вправе прекратить любую акцию в любое время; прекращение не влияет на завершённые покупки.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