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EF11B6"/>
        </w:rPr>
        <w:t>EDLY</w:t>
      </w:r>
    </w:p>
    <w:p>
      <w:r>
        <w:rPr>
          <w:b/>
          <w:color w:val="1B1470"/>
          <w:sz w:val="36"/>
        </w:rPr>
        <w:t>Политика сертификатов</w:t>
      </w:r>
    </w:p>
    <w:p>
      <w:r>
        <w:t>Что такое сертификат Edly, как он выдаётся, проверяется и аннулируется</w:t>
      </w:r>
    </w:p>
    <w:p>
      <w:r>
        <w:t>Версия 1.1  ·  Действует с 28 октября 2026 г.  ·  Аудитория: учащиеся, родители, работодатели</w:t>
      </w:r>
    </w:p>
    <w:p>
      <w:r>
        <w:t>Статус: опубликованная версия 1.1, действует с 28 октября 2026 г. Текст на узбекском языке имеет преимущественную силу перед переводами.</w:t>
      </w:r>
    </w:p>
    <w:p>
      <w:pPr>
        <w:pStyle w:val="Heading1"/>
      </w:pPr>
      <w:r>
        <w:t>Политика сертификатов</w:t>
      </w:r>
    </w:p>
    <w:p>
      <w:pPr>
        <w:pStyle w:val="Heading2"/>
      </w:pPr>
      <w:r>
        <w:t>1. Характер сертификата</w:t>
      </w:r>
    </w:p>
    <w:p>
      <w:r>
        <w:t>1.1</w:t>
        <w:tab/>
        <w:t>Сертификат Edly — это «сертификат о прохождении» частного онлайн-курса, опубликованного на платформе Edly. Он подтверждает, что указанный учащийся прошёл Курс в соответствии с установленными условиями завершения.</w:t>
      </w:r>
    </w:p>
    <w:p>
      <w:r>
        <w:t>1.2</w:t>
        <w:tab/>
        <w:t>Он не является: государственным дипломом, документом об образовании или квалификации, признаваемым по государственным образовательным стандартам, профессиональной лицензией или разрешением, подтверждением переподготовки («qayta tayyorlash») или повышения квалификации по государственным правилам, результатом экзаменационной комиссии. Edly не использует для своих сертификатов слова «диплом», «переподготовка», «квалификация» или «аккредитованный».</w:t>
      </w:r>
    </w:p>
    <w:p>
      <w:r>
        <w:t>1.3</w:t>
        <w:tab/>
        <w:t>Сертификаты выдаются от имени Edly и при наличии содержат имя и подпись Ментора (если Ментор загрузил изображение подписи) или его напечатанное имя.</w:t>
      </w:r>
    </w:p>
    <w:p>
      <w:pPr>
        <w:pStyle w:val="Heading2"/>
      </w:pPr>
      <w:r>
        <w:t>2. Выдача</w:t>
      </w:r>
    </w:p>
    <w:p>
      <w:r>
        <w:t>2.1</w:t>
        <w:tab/>
        <w:t>Условия для каждого Курса указаны на его странице: обязательные уроки, минимальный балл тестов или оценка, задания, посещаемость (для онлайн-занятий) и правила честной игры.</w:t>
      </w:r>
    </w:p>
    <w:p>
      <w:r>
        <w:t>2.2</w:t>
        <w:tab/>
        <w:t>Сертификат выдаётся автоматически при выполнении условий. У каждого сертификата есть уникальный идентификатор, ссылка для проверки и QR-код.</w:t>
      </w:r>
    </w:p>
    <w:p>
      <w:r>
        <w:t>2.3</w:t>
        <w:tab/>
        <w:t>В сертификате указывается имя учащегося, как в учётной записи. Учащийся отвечает за правильность имени. Исправление имени возможно по запросу с подтверждением личности; исправленный сертификат заменяет прежний.</w:t>
      </w:r>
    </w:p>
    <w:p>
      <w:pPr>
        <w:pStyle w:val="Heading2"/>
      </w:pPr>
      <w:r>
        <w:t>3. Проверка</w:t>
      </w:r>
    </w:p>
    <w:p>
      <w:r>
        <w:t>3.1</w:t>
        <w:tab/>
        <w:t>Любой может проверить сертификат на edly.uz, введя идентификатор или отсканировав QR-код. На странице показываются: имя учащегося, название Курса, дата выдачи, оценка (если применяется) и статус (действителен или аннулирован). Контакты и иные персональные данные не показываются.</w:t>
      </w:r>
    </w:p>
    <w:p>
      <w:r>
        <w:t>3.2</w:t>
        <w:tab/>
        <w:t>Работодатели и организации могут запросить подтверждение в поддержке; мы сообщаем только сведения, показанные на странице проверки.</w:t>
      </w:r>
    </w:p>
    <w:p>
      <w:pPr>
        <w:pStyle w:val="Heading2"/>
      </w:pPr>
      <w:r>
        <w:t>4. Аннулирование</w:t>
      </w:r>
    </w:p>
    <w:p>
      <w:r>
        <w:t>4.1</w:t>
        <w:tab/>
        <w:t>Edly вправе аннулировать сертификат, если он получен обманом, списыванием, выдачей себя за другое лицо или с нарушением правил; если платёж отменён или возвращён; или если он выдан по ошибке.</w:t>
      </w:r>
    </w:p>
    <w:p>
      <w:r>
        <w:t>4.2</w:t>
        <w:tab/>
        <w:t>Мы уведомляем владельца с указанием причин и даём 10 рабочих дней на ответ до аннулирования, кроме случаев очевидного мошенничества, требующего срочных мер. Причина и дата аннулирования фиксируются; на странице проверки отображается статус «аннулирован».</w:t>
      </w:r>
    </w:p>
    <w:p>
      <w:pPr>
        <w:pStyle w:val="Heading2"/>
      </w:pPr>
      <w:r>
        <w:t>5. Использование сертификата</w:t>
      </w:r>
    </w:p>
    <w:p>
      <w:r>
        <w:t>5.1</w:t>
        <w:tab/>
        <w:t>Учащиеся могут делиться сертификатами (например, в LinkedIn), достоверно описывая их. Запрещено изменять их или выдавать за государственный диплом, учёную степень или лицензию.</w:t>
      </w:r>
    </w:p>
    <w:p>
      <w:r>
        <w:t>5.2</w:t>
        <w:tab/>
        <w:t>Edly вправе принимать меры против злоупотреблений.</w:t>
      </w:r>
    </w:p>
    <w:p>
      <w:pPr>
        <w:pStyle w:val="Heading2"/>
      </w:pPr>
      <w:r>
        <w:t>6. Хранение</w:t>
      </w:r>
    </w:p>
    <w:p>
      <w:r>
        <w:t>Записи о сертификатах (идентификатор, имя, курс, дата, оценка, статус) хранятся, пока предоставляется проверка, а PDF-файл — 5 лет или до удаления учётной записи, в зависимости от того, что наступит позже; аннулированные записи хранятся с отметкой об аннулировании.</w:t>
      </w:r>
    </w:p>
    <w:p>
      <w:pPr>
        <w:pStyle w:val="Heading2"/>
      </w:pPr>
      <w:r>
        <w:t>7. Работодатели и третьи лица</w:t>
      </w:r>
    </w:p>
    <w:p>
      <w:r>
        <w:t>Edly не рекомендует учащихся работодателям и не гарантирует компетентность учащегося сверх факта прохождения Курса.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